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TÊN CƠ QUAN / DOANH NGHIỆP                    CỘNG HÒA XÃ HỘI CHỦ NGHĨA VIỆT NAM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......./......                                           Độc lập - Tự do - Hạnh phúc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V/v .................................                        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                                                      .............., ngày ...... tháng ...... năm ......</w:t>
      </w:r>
    </w:p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Kính gửi: 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                    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(Mở đầu: nêu lý do, căn cứ, mục đích ban hành công văn)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(Nội dung chính: trình bày cụ thể vấn đề cần trao đổi, đề nghị, giải trình hoặc phúc đáp)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(Kết thúc: nêu đề nghị, mong nhận được sự quan tâm, phối hợp giải quyết)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Trân trọng cảm ơn./.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Nơi nhận: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- Như trên;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- Lưu: VT.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QUYỀN HẠN, CHỨC VỤ CỦA NGƯỜI KÝ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