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GIẤY VAY TIỀN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(Giấy nợ)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Hôm nay, ngày ...... tháng ...... năm ......, tại ...................................., chúng tôi gồm: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CHO VAY (Bên A):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Sinh ngày: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Căn cước công dân:                          Cấp ngày:                    Nơi cấp: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 thường trú: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điện thoại: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VAY (Bên B):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Sinh ngày: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Căn cước công dân:                          Cấp ngày:                    Nơi cấp: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 thường trú: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điện thoại: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Hai bên cùng thống nhất lập giấy vay tiền này với các nội dung sau: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1. Bên B vay của Bên A số tiền: 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(Bằng chữ: .................................................................................... đồng).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Bên B đã nhận đủ số tiền nêu trên từ Bên A tại thời điểm ký giấy vay tiền này.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2. Lãi suất (nếu có): ............ %/tháng, tính trên số tiền vay.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Trường hợp hai bên không thỏa thuận về lãi suất thì khoản vay được xác định là không có lãi.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3. Thời hạn vay: ............ tháng, kể từ ngày ...... tháng ...... năm ...... đến ngày ...... tháng ...... năm 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Bên B cam kết trả nợ gốc (và lãi nếu có) đầy đủ cho Bên A vào ngày ...... tháng ...... năm 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4. Phương thức trả nợ: trả một lần khi đến hạn / trả dần theo từng đợt / hình thức khác: 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Việc trả nợ được thực hiện bằng tiền mặt hoặc chuyển khoản vào tài khoản của Bên A.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5. Cam kết chung: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Bên B cam kết trả nợ đầy đủ, đúng hạn cho Bên A. Nếu quá hạn mà chưa trả, Bên B phải chịu lãi chậm trả theo quy định của pháp luật và tự chịu trách nhiệm trước pháp luật.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Hai bên cam kết thông tin nêu trên là đúng sự thật, tự nguyện ký kết, không bị ép buộc, lừa dối.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Giấy vay tiền được lập thành 02 bản có giá trị như nhau, mỗi bên giữ 01 bản.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BÊN VAY (Bên B)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BÊN CHO VAY (Bên A)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</w:tr>
    </w:tbl>
    <w:p/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NGƯỜI LÀM CHỨNG (nếu có)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(Ký, ghi rõ họ tên)</w:t>
      </w:r>
    </w:p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