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CỘNG HÒA XÃ HỘI CHỦ NGHĨA VIỆT NAM</w:t>
      </w:r>
    </w:p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Độc lập - Tự do - Hạnh phúc</w:t>
      </w:r>
    </w:p>
    <w:p>
      <w:pPr>
        <w:spacing w:after="40"/>
        <w:jc w:val="center"/>
      </w:pPr>
      <w:r>
        <w:rPr>
          <w:rFonts w:ascii="Times New Roman" w:hAnsi="Times New Roman"/>
          <w:b w:val="0"/>
          <w:sz w:val="26"/>
        </w:rPr>
        <w:t>---------------</w:t>
      </w:r>
    </w:p>
    <w:p/>
    <w:p>
      <w:pPr>
        <w:spacing w:after="40"/>
        <w:jc w:val="center"/>
      </w:pPr>
      <w:r>
        <w:rPr>
          <w:rFonts w:ascii="Times New Roman" w:hAnsi="Times New Roman"/>
          <w:b/>
          <w:sz w:val="26"/>
        </w:rPr>
        <w:t>GIẤY ỦY QUYỀN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- Căn cứ Bộ luật Dân sự số 91/2015/QH13 ngày 24/11/2015;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Căn cứ Luật Doanh nghiệp số 59/2020/QH14 ngày 17/6/2020;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Căn cứ Điều lệ Công ty ...................................................;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Căn cứ nhu cầu công việc,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Hôm nay, ngày ...... tháng ...... năm ......, chúng tôi gồm: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I. BÊN ỦY QUYỀN (BÊN A)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Tên công ty: 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Mã số doanh nghiệp: 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Địa chỉ trụ sở chính: 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Người đại diện theo pháp luật: 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Chức vụ: ...........................................................................................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Số căn cước công dân: ....................... cấp ngày ......./......./......... nơi cấp: .......................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II. BÊN ĐƯỢC ỦY QUYỀN (BÊN B)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Ông/Bà: ..............................................................................................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Sinh ngày: ......../......../............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Số căn cước công dân: ....................... cấp ngày ......./......./......... nơi cấp: 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Địa chỉ thường trú: 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Chức vụ (nếu có): ..............................................................................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III. NỘI DUNG VÀ PHẠM VI ỦY QUYỀN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Bên A ủy quyền cho Bên B thay mặt và nhân danh Bên A thực hiện các công việc sau: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1. ......................................................................................................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2. ......................................................................................................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3. ......................................................................................................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(Ghi cụ thể công việc: nộp/nhận hồ sơ, ký các giấy tờ liên quan, làm việc với cơ quan nhà nước/ngân hàng/đối tác... và giới hạn phạm vi.)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IV. THỜI HẠN ỦY QUYỀN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Thời hạn ủy quyền: kể từ ngày ......./......./........... đến ngày ......./......./........... (hoặc đến khi hoàn thành công việc được ủy quyền).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Trường hợp không ghi thời hạn, việc ủy quyền có hiệu lực 01 năm kể từ ngày xác lập theo Điều 563 Bộ luật Dân sự 2015.</w:t>
      </w:r>
    </w:p>
    <w:p/>
    <w:p>
      <w:pPr>
        <w:spacing w:after="40"/>
      </w:pPr>
      <w:r>
        <w:rPr>
          <w:rFonts w:ascii="Times New Roman" w:hAnsi="Times New Roman"/>
          <w:b/>
          <w:sz w:val="26"/>
        </w:rPr>
        <w:t>V. CAM KẾT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Bên B thực hiện đúng phạm vi được ủy quyền và chịu trách nhiệm về các công việc đã thực hiện trong phạm vi này.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Bên A chịu trách nhiệm về những công việc do Bên B thực hiện trong phạm vi ủy quyền hợp pháp.</w:t>
      </w:r>
    </w:p>
    <w:p>
      <w:pPr>
        <w:spacing w:after="40"/>
      </w:pPr>
      <w:r>
        <w:rPr>
          <w:rFonts w:ascii="Times New Roman" w:hAnsi="Times New Roman"/>
          <w:b w:val="0"/>
          <w:sz w:val="26"/>
        </w:rPr>
        <w:t>- Hai bên cam kết các thông tin nêu trên là đúng sự thật và cùng thực hiện đúng nội dung giấy ủy quyền này.</w:t>
      </w:r>
    </w:p>
    <w:p/>
    <w:p>
      <w:pPr>
        <w:spacing w:after="40"/>
      </w:pPr>
      <w:r>
        <w:rPr>
          <w:rFonts w:ascii="Times New Roman" w:hAnsi="Times New Roman"/>
          <w:b w:val="0"/>
          <w:sz w:val="26"/>
        </w:rPr>
        <w:t>Giấy ủy quyền được lập thành ...... bản có giá trị pháp lý như nhau, mỗi bên giữ ...... bản.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6"/>
              </w:rPr>
              <w:t>BÊN ĐƯỢC ỦY QUYỀN (BÊN B)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(Ký, ghi rõ họ tên)</w:t>
            </w:r>
          </w:p>
        </w:tc>
        <w:tc>
          <w:tcPr>
            <w:tcW w:type="dxa" w:w="4320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 w:val="0"/>
                <w:sz w:val="26"/>
              </w:rPr>
              <w:t>BÊN ỦY QUYỀN (BÊN A)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(Ký, ghi rõ họ tên, đóng dấu)</w:t>
            </w:r>
          </w:p>
        </w:tc>
      </w:tr>
    </w:tbl>
    <w:p>
      <w:pPr>
        <w:spacing w:before="240"/>
      </w:pPr>
      <w:r>
        <w:rPr>
          <w:i/>
          <w:color w:val="888888"/>
          <w:sz w:val="20"/>
        </w:rPr>
        <w:t>Biểu mẫu cung cấp bởi LTV Law — ltvlaw.com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