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VĂN BẢN THỎA THUẬN LY THÂN</w:t>
      </w:r>
    </w:p>
    <w:p/>
    <w:p>
      <w:pPr>
        <w:spacing w:after="40"/>
      </w:pPr>
      <w:r>
        <w:rPr>
          <w:rFonts w:ascii="Times New Roman" w:hAnsi="Times New Roman"/>
          <w:b w:val="0"/>
          <w:sz w:val="26"/>
        </w:rPr>
        <w:t>Hôm nay, ngày ...... tháng ...... năm ......, tại ...................................., chúng tôi gồm hai bên là vợ và chồng cùng tự nguyện lập văn bản thỏa thuận này, gồm:</w:t>
      </w:r>
    </w:p>
    <w:p/>
    <w:p>
      <w:pPr>
        <w:spacing w:after="40"/>
      </w:pPr>
      <w:r>
        <w:rPr>
          <w:rFonts w:ascii="Times New Roman" w:hAnsi="Times New Roman"/>
          <w:b/>
          <w:sz w:val="26"/>
        </w:rPr>
        <w:t>BÊN VỢ:</w:t>
      </w:r>
    </w:p>
    <w:p>
      <w:pPr>
        <w:spacing w:after="40"/>
      </w:pPr>
      <w:r>
        <w:rPr>
          <w:rFonts w:ascii="Times New Roman" w:hAnsi="Times New Roman"/>
          <w:b w:val="0"/>
          <w:sz w:val="26"/>
        </w:rPr>
        <w:t>Họ và tên:</w:t>
      </w:r>
    </w:p>
    <w:p>
      <w:pPr>
        <w:spacing w:after="40"/>
      </w:pPr>
      <w:r>
        <w:rPr>
          <w:rFonts w:ascii="Times New Roman" w:hAnsi="Times New Roman"/>
          <w:b w:val="0"/>
          <w:sz w:val="26"/>
        </w:rPr>
        <w:t>Sinh ngày:</w:t>
      </w:r>
    </w:p>
    <w:p>
      <w:pPr>
        <w:spacing w:after="40"/>
      </w:pPr>
      <w:r>
        <w:rPr>
          <w:rFonts w:ascii="Times New Roman" w:hAnsi="Times New Roman"/>
          <w:b w:val="0"/>
          <w:sz w:val="26"/>
        </w:rPr>
        <w:t>Căn cước công dân số: ........................ cấp ngày ...... tại</w:t>
      </w:r>
    </w:p>
    <w:p>
      <w:pPr>
        <w:spacing w:after="40"/>
      </w:pPr>
      <w:r>
        <w:rPr>
          <w:rFonts w:ascii="Times New Roman" w:hAnsi="Times New Roman"/>
          <w:b w:val="0"/>
          <w:sz w:val="26"/>
        </w:rPr>
        <w:t>Nơi ở hiện tại:</w:t>
      </w:r>
    </w:p>
    <w:p>
      <w:pPr>
        <w:spacing w:after="40"/>
      </w:pPr>
      <w:r>
        <w:rPr>
          <w:rFonts w:ascii="Times New Roman" w:hAnsi="Times New Roman"/>
          <w:b w:val="0"/>
          <w:sz w:val="26"/>
        </w:rPr>
        <w:t>Số điện thoại:</w:t>
      </w:r>
    </w:p>
    <w:p/>
    <w:p>
      <w:pPr>
        <w:spacing w:after="40"/>
      </w:pPr>
      <w:r>
        <w:rPr>
          <w:rFonts w:ascii="Times New Roman" w:hAnsi="Times New Roman"/>
          <w:b/>
          <w:sz w:val="26"/>
        </w:rPr>
        <w:t>BÊN CHỒNG:</w:t>
      </w:r>
    </w:p>
    <w:p>
      <w:pPr>
        <w:spacing w:after="40"/>
      </w:pPr>
      <w:r>
        <w:rPr>
          <w:rFonts w:ascii="Times New Roman" w:hAnsi="Times New Roman"/>
          <w:b w:val="0"/>
          <w:sz w:val="26"/>
        </w:rPr>
        <w:t>Họ và tên:</w:t>
      </w:r>
    </w:p>
    <w:p>
      <w:pPr>
        <w:spacing w:after="40"/>
      </w:pPr>
      <w:r>
        <w:rPr>
          <w:rFonts w:ascii="Times New Roman" w:hAnsi="Times New Roman"/>
          <w:b w:val="0"/>
          <w:sz w:val="26"/>
        </w:rPr>
        <w:t>Sinh ngày:</w:t>
      </w:r>
    </w:p>
    <w:p>
      <w:pPr>
        <w:spacing w:after="40"/>
      </w:pPr>
      <w:r>
        <w:rPr>
          <w:rFonts w:ascii="Times New Roman" w:hAnsi="Times New Roman"/>
          <w:b w:val="0"/>
          <w:sz w:val="26"/>
        </w:rPr>
        <w:t>Căn cước công dân số: ........................ cấp ngày ...... tại</w:t>
      </w:r>
    </w:p>
    <w:p>
      <w:pPr>
        <w:spacing w:after="40"/>
      </w:pPr>
      <w:r>
        <w:rPr>
          <w:rFonts w:ascii="Times New Roman" w:hAnsi="Times New Roman"/>
          <w:b w:val="0"/>
          <w:sz w:val="26"/>
        </w:rPr>
        <w:t>Nơi ở hiện tại:</w:t>
      </w:r>
    </w:p>
    <w:p>
      <w:pPr>
        <w:spacing w:after="40"/>
      </w:pPr>
      <w:r>
        <w:rPr>
          <w:rFonts w:ascii="Times New Roman" w:hAnsi="Times New Roman"/>
          <w:b w:val="0"/>
          <w:sz w:val="26"/>
        </w:rPr>
        <w:t>Số điện thoại:</w:t>
      </w:r>
    </w:p>
    <w:p/>
    <w:p>
      <w:pPr>
        <w:spacing w:after="40"/>
      </w:pPr>
      <w:r>
        <w:rPr>
          <w:rFonts w:ascii="Times New Roman" w:hAnsi="Times New Roman"/>
          <w:b w:val="0"/>
          <w:sz w:val="26"/>
        </w:rPr>
        <w:t>Chúng tôi đã đăng ký kết hôn ngày ...... tháng ...... năm ...... tại ......................................... Do mâu thuẫn trong đời sống chung, hai bên tự nguyện thỏa thuận sống riêng (ly thân) và thống nhất các nội dung sau:</w:t>
      </w:r>
    </w:p>
    <w:p/>
    <w:p>
      <w:pPr>
        <w:spacing w:after="40"/>
      </w:pPr>
      <w:r>
        <w:rPr>
          <w:rFonts w:ascii="Times New Roman" w:hAnsi="Times New Roman"/>
          <w:b/>
          <w:sz w:val="26"/>
        </w:rPr>
        <w:t>1. Về việc sống riêng</w:t>
      </w:r>
    </w:p>
    <w:p>
      <w:pPr>
        <w:spacing w:after="40"/>
      </w:pPr>
      <w:r>
        <w:rPr>
          <w:rFonts w:ascii="Times New Roman" w:hAnsi="Times New Roman"/>
          <w:b w:val="0"/>
          <w:sz w:val="26"/>
        </w:rPr>
        <w:t>Hai bên đồng ý sống riêng kể từ ngày ...... tháng ...... năm ...... Trong thời gian sống riêng:</w:t>
      </w:r>
    </w:p>
    <w:p>
      <w:pPr>
        <w:spacing w:after="40"/>
      </w:pPr>
      <w:r>
        <w:rPr>
          <w:rFonts w:ascii="Times New Roman" w:hAnsi="Times New Roman"/>
          <w:b w:val="0"/>
          <w:sz w:val="26"/>
        </w:rPr>
        <w:t>- Bên vợ ở tại: ........................................................................;</w:t>
      </w:r>
    </w:p>
    <w:p>
      <w:pPr>
        <w:spacing w:after="40"/>
      </w:pPr>
      <w:r>
        <w:rPr>
          <w:rFonts w:ascii="Times New Roman" w:hAnsi="Times New Roman"/>
          <w:b w:val="0"/>
          <w:sz w:val="26"/>
        </w:rPr>
        <w:t>- Bên chồng ở tại: ....................................................................;</w:t>
      </w:r>
    </w:p>
    <w:p>
      <w:pPr>
        <w:spacing w:after="40"/>
      </w:pPr>
      <w:r>
        <w:rPr>
          <w:rFonts w:ascii="Times New Roman" w:hAnsi="Times New Roman"/>
          <w:b w:val="0"/>
          <w:sz w:val="26"/>
        </w:rPr>
        <w:t>- Hai bên tôn trọng cuộc sống riêng của nhau, không gây phiền hà, cản trở công việc và sinh hoạt của bên kia.</w:t>
      </w:r>
    </w:p>
    <w:p/>
    <w:p>
      <w:pPr>
        <w:spacing w:after="40"/>
      </w:pPr>
      <w:r>
        <w:rPr>
          <w:rFonts w:ascii="Times New Roman" w:hAnsi="Times New Roman"/>
          <w:b/>
          <w:sz w:val="26"/>
        </w:rPr>
        <w:t>2. Về con chung</w:t>
      </w:r>
    </w:p>
    <w:p>
      <w:pPr>
        <w:spacing w:after="40"/>
      </w:pPr>
      <w:r>
        <w:rPr>
          <w:rFonts w:ascii="Times New Roman" w:hAnsi="Times New Roman"/>
          <w:b w:val="0"/>
          <w:sz w:val="26"/>
        </w:rPr>
        <w:t>Hai bên hiện có ...... con chung, gồm: ..................................................... (họ tên, ngày tháng năm sinh của từng con).</w:t>
      </w:r>
    </w:p>
    <w:p>
      <w:pPr>
        <w:spacing w:after="40"/>
      </w:pPr>
      <w:r>
        <w:rPr>
          <w:rFonts w:ascii="Times New Roman" w:hAnsi="Times New Roman"/>
          <w:b w:val="0"/>
          <w:sz w:val="26"/>
        </w:rPr>
        <w:t>- Trong thời gian ly thân, con chung do (bên vợ/bên chồng): ...................... trực tiếp trông nom, chăm sóc, nuôi dưỡng;</w:t>
      </w:r>
    </w:p>
    <w:p>
      <w:pPr>
        <w:spacing w:after="40"/>
      </w:pPr>
      <w:r>
        <w:rPr>
          <w:rFonts w:ascii="Times New Roman" w:hAnsi="Times New Roman"/>
          <w:b w:val="0"/>
          <w:sz w:val="26"/>
        </w:rPr>
        <w:t>- Bên còn lại có nghĩa vụ cấp dưỡng nuôi con với mức ...................... đồng/tháng, thời gian và phương thức cấp dưỡng: ......................................;</w:t>
      </w:r>
    </w:p>
    <w:p>
      <w:pPr>
        <w:spacing w:after="40"/>
      </w:pPr>
      <w:r>
        <w:rPr>
          <w:rFonts w:ascii="Times New Roman" w:hAnsi="Times New Roman"/>
          <w:b w:val="0"/>
          <w:sz w:val="26"/>
        </w:rPr>
        <w:t>- Bên không trực tiếp nuôi con có quyền thăm nom, chăm sóc con; hai bên không được cản trở việc thăm nom vì lợi ích của con.</w:t>
      </w:r>
    </w:p>
    <w:p/>
    <w:p>
      <w:pPr>
        <w:spacing w:after="40"/>
      </w:pPr>
      <w:r>
        <w:rPr>
          <w:rFonts w:ascii="Times New Roman" w:hAnsi="Times New Roman"/>
          <w:b/>
          <w:sz w:val="26"/>
        </w:rPr>
        <w:t>3. Về tài sản và chi tiêu chung</w:t>
      </w:r>
    </w:p>
    <w:p>
      <w:pPr>
        <w:spacing w:after="40"/>
      </w:pPr>
      <w:r>
        <w:rPr>
          <w:rFonts w:ascii="Times New Roman" w:hAnsi="Times New Roman"/>
          <w:b w:val="0"/>
          <w:sz w:val="26"/>
        </w:rPr>
        <w:t>- Đối với tài sản chung hiện có: ......................................................................., hai bên thỏa thuận sử dụng, quản lý như sau: ......................................;</w:t>
      </w:r>
    </w:p>
    <w:p>
      <w:pPr>
        <w:spacing w:after="40"/>
      </w:pPr>
      <w:r>
        <w:rPr>
          <w:rFonts w:ascii="Times New Roman" w:hAnsi="Times New Roman"/>
          <w:b w:val="0"/>
          <w:sz w:val="26"/>
        </w:rPr>
        <w:t>- Các khoản thu nhập, tài sản do mỗi bên tạo ra trong thời gian ly thân: ...................... (hai bên nên ghi rõ là tài sản riêng hay vẫn là tài sản chung);</w:t>
      </w:r>
    </w:p>
    <w:p>
      <w:pPr>
        <w:spacing w:after="40"/>
      </w:pPr>
      <w:r>
        <w:rPr>
          <w:rFonts w:ascii="Times New Roman" w:hAnsi="Times New Roman"/>
          <w:b w:val="0"/>
          <w:sz w:val="26"/>
        </w:rPr>
        <w:t>- Về các nghĩa vụ, khoản nợ chung (nếu có): ......................................................;</w:t>
      </w:r>
    </w:p>
    <w:p>
      <w:pPr>
        <w:spacing w:after="40"/>
      </w:pPr>
      <w:r>
        <w:rPr>
          <w:rFonts w:ascii="Times New Roman" w:hAnsi="Times New Roman"/>
          <w:b w:val="0"/>
          <w:sz w:val="26"/>
        </w:rPr>
        <w:t>- Về chi phí sinh hoạt, học tập của con và các chi tiêu chung khác: ......................................</w:t>
      </w:r>
    </w:p>
    <w:p/>
    <w:p>
      <w:pPr>
        <w:spacing w:after="40"/>
      </w:pPr>
      <w:r>
        <w:rPr>
          <w:rFonts w:ascii="Times New Roman" w:hAnsi="Times New Roman"/>
          <w:b/>
          <w:sz w:val="26"/>
        </w:rPr>
        <w:t>4. Các thỏa thuận khác</w:t>
      </w:r>
    </w:p>
    <w:p>
      <w:pPr>
        <w:spacing w:after="40"/>
      </w:pPr>
      <w:r>
        <w:rPr>
          <w:rFonts w:ascii="Times New Roman" w:hAnsi="Times New Roman"/>
          <w:b w:val="0"/>
          <w:sz w:val="26"/>
        </w:rPr>
        <w:t>......................................................................................................................</w:t>
      </w:r>
    </w:p>
    <w:p>
      <w:pPr>
        <w:spacing w:after="40"/>
      </w:pPr>
      <w:r>
        <w:rPr>
          <w:rFonts w:ascii="Times New Roman" w:hAnsi="Times New Roman"/>
          <w:b w:val="0"/>
          <w:sz w:val="26"/>
        </w:rPr>
        <w:t>......................................................................................................................</w:t>
      </w:r>
    </w:p>
    <w:p/>
    <w:p>
      <w:pPr>
        <w:spacing w:after="40"/>
      </w:pPr>
      <w:r>
        <w:rPr>
          <w:rFonts w:ascii="Times New Roman" w:hAnsi="Times New Roman"/>
          <w:b w:val="0"/>
          <w:sz w:val="26"/>
        </w:rPr>
        <w:t>Hai bên cam kết những nội dung thỏa thuận nêu trên là hoàn toàn tự nguyện, không bị ép buộc, lừa dối; hiểu rõ rằng văn bản này chỉ ghi nhận sự thỏa thuận sống riêng, KHÔNG làm chấm dứt quan hệ hôn nhân. Quan hệ vợ chồng chỉ chấm dứt khi có bản án hoặc quyết định ly hôn có hiệu lực của Tòa án.</w:t>
      </w:r>
    </w:p>
    <w:p>
      <w:pPr>
        <w:spacing w:after="40"/>
      </w:pPr>
      <w:r>
        <w:rPr>
          <w:rFonts w:ascii="Times New Roman" w:hAnsi="Times New Roman"/>
          <w:b w:val="0"/>
          <w:sz w:val="26"/>
        </w:rPr>
        <w:t>Văn bản được lập thành 02 bản có giá trị như nhau, mỗi bên giữ 01 bản.</w:t>
      </w:r>
    </w:p>
    <w:p/>
    <w:tbl>
      <w:tblPr>
        <w:tblW w:type="auto" w:w="0"/>
        <w:jc w:val="center"/>
        <w:tblLook w:firstColumn="1" w:firstRow="1" w:lastColumn="0" w:lastRow="0" w:noHBand="0" w:noVBand="1" w:val="04A0"/>
      </w:tblPr>
      <w:tblGrid>
        <w:gridCol w:w="4320"/>
        <w:gridCol w:w="4320"/>
      </w:tblGrid>
      <w:tr>
        <w:tc>
          <w:tcPr>
            <w:tcW w:type="dxa" w:w="4320"/>
          </w:tcPr>
          <w:p>
            <w:pPr>
              <w:spacing w:after="0"/>
              <w:jc w:val="center"/>
            </w:pPr>
            <w:r>
              <w:rPr>
                <w:rFonts w:ascii="Times New Roman" w:hAnsi="Times New Roman"/>
                <w:b w:val="0"/>
                <w:sz w:val="26"/>
              </w:rPr>
              <w:t>BÊN VỢ</w:t>
            </w:r>
          </w:p>
          <w:p>
            <w:pPr>
              <w:spacing w:after="0"/>
              <w:jc w:val="center"/>
            </w:pPr>
            <w:r>
              <w:rPr>
                <w:rFonts w:ascii="Times New Roman" w:hAnsi="Times New Roman"/>
                <w:b/>
                <w:sz w:val="26"/>
              </w:rPr>
              <w:t>(Ký, ghi rõ họ tên)</w:t>
            </w:r>
          </w:p>
        </w:tc>
        <w:tc>
          <w:tcPr>
            <w:tcW w:type="dxa" w:w="4320"/>
          </w:tcPr>
          <w:p>
            <w:pPr>
              <w:spacing w:after="0"/>
              <w:jc w:val="center"/>
            </w:pPr>
            <w:r>
              <w:rPr>
                <w:rFonts w:ascii="Times New Roman" w:hAnsi="Times New Roman"/>
                <w:b w:val="0"/>
                <w:sz w:val="26"/>
              </w:rPr>
              <w:t>BÊN CHỒNG</w:t>
            </w:r>
          </w:p>
          <w:p>
            <w:pPr>
              <w:spacing w:after="0"/>
              <w:jc w:val="center"/>
            </w:pPr>
            <w:r>
              <w:rPr>
                <w:rFonts w:ascii="Times New Roman" w:hAnsi="Times New Roman"/>
                <w:b/>
                <w:sz w:val="26"/>
              </w:rPr>
              <w:t>(Ký, ghi rõ họ tên)</w:t>
            </w:r>
          </w:p>
        </w:tc>
      </w:tr>
    </w:tbl>
    <w:p/>
    <w:p>
      <w:pPr>
        <w:spacing w:after="40"/>
        <w:jc w:val="center"/>
      </w:pPr>
      <w:r>
        <w:rPr>
          <w:rFonts w:ascii="Times New Roman" w:hAnsi="Times New Roman"/>
          <w:b w:val="0"/>
          <w:sz w:val="26"/>
        </w:rPr>
        <w:t>NGƯỜI LÀM CHỨNG (nếu có)</w:t>
      </w:r>
    </w:p>
    <w:p>
      <w:pPr>
        <w:spacing w:after="40"/>
        <w:jc w:val="center"/>
      </w:pPr>
      <w:r>
        <w:rPr>
          <w:rFonts w:ascii="Times New Roman" w:hAnsi="Times New Roman"/>
          <w:b w:val="0"/>
          <w:sz w:val="26"/>
        </w:rPr>
        <w:t>(Ký, ghi rõ họ tên)</w:t>
      </w:r>
    </w:p>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